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F223B" w14:textId="158B74B6" w:rsidR="00CE0E54" w:rsidRPr="00A6319F" w:rsidRDefault="00B00338" w:rsidP="00B00338">
      <w:pPr>
        <w:pStyle w:val="Heading1"/>
        <w:rPr>
          <w:sz w:val="32"/>
          <w:szCs w:val="32"/>
        </w:rPr>
      </w:pPr>
      <w:r w:rsidRPr="00A6319F">
        <w:rPr>
          <w:sz w:val="32"/>
          <w:szCs w:val="32"/>
        </w:rPr>
        <w:t xml:space="preserve">                  </w:t>
      </w:r>
      <w:r w:rsidR="00000000" w:rsidRPr="00A6319F">
        <w:rPr>
          <w:color w:val="EE0000"/>
          <w:sz w:val="32"/>
          <w:szCs w:val="32"/>
        </w:rPr>
        <w:t>Calendar For SAC events 202</w:t>
      </w:r>
      <w:r w:rsidRPr="00A6319F">
        <w:rPr>
          <w:color w:val="EE0000"/>
          <w:sz w:val="32"/>
          <w:szCs w:val="32"/>
        </w:rPr>
        <w:t>5</w:t>
      </w:r>
      <w:r w:rsidR="00000000" w:rsidRPr="00A6319F">
        <w:rPr>
          <w:color w:val="EE0000"/>
          <w:sz w:val="32"/>
          <w:szCs w:val="32"/>
        </w:rPr>
        <w:t>-2</w:t>
      </w:r>
      <w:r w:rsidRPr="00A6319F">
        <w:rPr>
          <w:color w:val="EE0000"/>
          <w:sz w:val="32"/>
          <w:szCs w:val="32"/>
        </w:rPr>
        <w:t>6</w:t>
      </w:r>
      <w:r w:rsidR="00000000" w:rsidRPr="00A6319F">
        <w:rPr>
          <w:color w:val="EE0000"/>
          <w:sz w:val="32"/>
          <w:szCs w:val="32"/>
        </w:rPr>
        <w:t>, OUTR Bhubaneswar</w:t>
      </w:r>
    </w:p>
    <w:p w14:paraId="2EC6A744" w14:textId="77777777" w:rsidR="00B00338" w:rsidRPr="00B00338" w:rsidRDefault="00B00338" w:rsidP="00B00338"/>
    <w:tbl>
      <w:tblPr>
        <w:tblStyle w:val="TableGrid"/>
        <w:tblW w:w="10620" w:type="dxa"/>
        <w:tblInd w:w="-905" w:type="dxa"/>
        <w:tblLook w:val="04A0" w:firstRow="1" w:lastRow="0" w:firstColumn="1" w:lastColumn="0" w:noHBand="0" w:noVBand="1"/>
      </w:tblPr>
      <w:tblGrid>
        <w:gridCol w:w="720"/>
        <w:gridCol w:w="1890"/>
        <w:gridCol w:w="2340"/>
        <w:gridCol w:w="5670"/>
      </w:tblGrid>
      <w:tr w:rsidR="00CE0E54" w:rsidRPr="00A6319F" w14:paraId="41B56E8B" w14:textId="77777777" w:rsidTr="00447F86">
        <w:tc>
          <w:tcPr>
            <w:tcW w:w="720" w:type="dxa"/>
          </w:tcPr>
          <w:p w14:paraId="0800F16D" w14:textId="77777777" w:rsidR="00CE0E54" w:rsidRPr="00A6319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890" w:type="dxa"/>
          </w:tcPr>
          <w:p w14:paraId="273A9AB9" w14:textId="77777777" w:rsidR="00CE0E54" w:rsidRPr="00A6319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Dates</w:t>
            </w:r>
          </w:p>
        </w:tc>
        <w:tc>
          <w:tcPr>
            <w:tcW w:w="2340" w:type="dxa"/>
          </w:tcPr>
          <w:p w14:paraId="0E4E608F" w14:textId="77777777" w:rsidR="00CE0E54" w:rsidRPr="00A6319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</w:p>
        </w:tc>
        <w:tc>
          <w:tcPr>
            <w:tcW w:w="5670" w:type="dxa"/>
          </w:tcPr>
          <w:p w14:paraId="6FDB0E03" w14:textId="77777777" w:rsidR="00CE0E54" w:rsidRPr="00A6319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Events</w:t>
            </w:r>
          </w:p>
        </w:tc>
      </w:tr>
      <w:tr w:rsidR="00CE0E54" w:rsidRPr="00A6319F" w14:paraId="75DF8493" w14:textId="77777777" w:rsidTr="00447F86">
        <w:tc>
          <w:tcPr>
            <w:tcW w:w="720" w:type="dxa"/>
          </w:tcPr>
          <w:p w14:paraId="685EA23C" w14:textId="77777777" w:rsidR="00CE0E54" w:rsidRPr="00A6319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14:paraId="3C22C7E6" w14:textId="77777777" w:rsidR="00CE0E54" w:rsidRPr="00A6319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  <w:p w14:paraId="1182CC8A" w14:textId="10E93DAC" w:rsidR="000D3373" w:rsidRPr="00A6319F" w:rsidRDefault="000D3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2340" w:type="dxa"/>
          </w:tcPr>
          <w:p w14:paraId="61ED7D75" w14:textId="6F5CE2A6" w:rsidR="00CE0E54" w:rsidRPr="00A6319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Thursday</w:t>
            </w:r>
            <w:r w:rsidR="00B00338" w:rsidRPr="00A6319F">
              <w:rPr>
                <w:rFonts w:ascii="Times New Roman" w:hAnsi="Times New Roman" w:cs="Times New Roman"/>
                <w:sz w:val="24"/>
                <w:szCs w:val="24"/>
              </w:rPr>
              <w:t>-Friday</w:t>
            </w:r>
          </w:p>
        </w:tc>
        <w:tc>
          <w:tcPr>
            <w:tcW w:w="5670" w:type="dxa"/>
          </w:tcPr>
          <w:p w14:paraId="6EF2DB9A" w14:textId="70B3B36F" w:rsidR="00CE0E54" w:rsidRPr="00A6319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Zarzuela (Induction process</w:t>
            </w:r>
            <w:r w:rsidR="007A5A00" w:rsidRPr="00A6319F">
              <w:rPr>
                <w:rFonts w:ascii="Times New Roman" w:hAnsi="Times New Roman" w:cs="Times New Roman"/>
                <w:sz w:val="24"/>
                <w:szCs w:val="24"/>
              </w:rPr>
              <w:t xml:space="preserve"> of Cultural Society</w:t>
            </w: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E0E54" w:rsidRPr="00A6319F" w14:paraId="69FC6CED" w14:textId="77777777" w:rsidTr="00447F86">
        <w:tc>
          <w:tcPr>
            <w:tcW w:w="720" w:type="dxa"/>
          </w:tcPr>
          <w:p w14:paraId="1AEDEF52" w14:textId="77777777" w:rsidR="00CE0E54" w:rsidRPr="00A6319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</w:tcPr>
          <w:p w14:paraId="3502D044" w14:textId="77777777" w:rsidR="00CE0E54" w:rsidRPr="00A6319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14.10.2025-18.10.2025</w:t>
            </w:r>
          </w:p>
        </w:tc>
        <w:tc>
          <w:tcPr>
            <w:tcW w:w="2340" w:type="dxa"/>
          </w:tcPr>
          <w:p w14:paraId="47FC9260" w14:textId="77777777" w:rsidR="00CE0E54" w:rsidRPr="00A6319F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Tuesday - Saturday</w:t>
            </w:r>
          </w:p>
        </w:tc>
        <w:tc>
          <w:tcPr>
            <w:tcW w:w="5670" w:type="dxa"/>
          </w:tcPr>
          <w:p w14:paraId="3F884644" w14:textId="64020AC2" w:rsidR="00CE0E54" w:rsidRPr="00A6319F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Technical Club Inductions (Zairzest, SAE-Tron &amp; Tech Expo)</w:t>
            </w:r>
            <w:r w:rsidR="007A5A00" w:rsidRPr="00A63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5A00" w:rsidRPr="00A6319F">
              <w:rPr>
                <w:rFonts w:ascii="Times New Roman" w:hAnsi="Times New Roman" w:cs="Times New Roman"/>
                <w:sz w:val="24"/>
                <w:szCs w:val="24"/>
              </w:rPr>
              <w:t xml:space="preserve">(Induction process of </w:t>
            </w:r>
            <w:r w:rsidR="007A5A00" w:rsidRPr="00A6319F">
              <w:rPr>
                <w:rFonts w:ascii="Times New Roman" w:hAnsi="Times New Roman" w:cs="Times New Roman"/>
                <w:sz w:val="24"/>
                <w:szCs w:val="24"/>
              </w:rPr>
              <w:t>Technical</w:t>
            </w:r>
            <w:r w:rsidR="007A5A00" w:rsidRPr="00A6319F">
              <w:rPr>
                <w:rFonts w:ascii="Times New Roman" w:hAnsi="Times New Roman" w:cs="Times New Roman"/>
                <w:sz w:val="24"/>
                <w:szCs w:val="24"/>
              </w:rPr>
              <w:t xml:space="preserve"> Society)</w:t>
            </w:r>
          </w:p>
        </w:tc>
      </w:tr>
      <w:tr w:rsidR="00F84032" w:rsidRPr="00A6319F" w14:paraId="482D1F31" w14:textId="77777777" w:rsidTr="00447F86">
        <w:tc>
          <w:tcPr>
            <w:tcW w:w="720" w:type="dxa"/>
          </w:tcPr>
          <w:p w14:paraId="13EBB237" w14:textId="0BE9DE42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</w:tcPr>
          <w:p w14:paraId="5420B3F5" w14:textId="2312E02C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06.11.2025-09.11.2025</w:t>
            </w:r>
          </w:p>
        </w:tc>
        <w:tc>
          <w:tcPr>
            <w:tcW w:w="2340" w:type="dxa"/>
          </w:tcPr>
          <w:p w14:paraId="05A49EE4" w14:textId="262EC683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Thursday - Sunday</w:t>
            </w:r>
          </w:p>
        </w:tc>
        <w:tc>
          <w:tcPr>
            <w:tcW w:w="5670" w:type="dxa"/>
          </w:tcPr>
          <w:p w14:paraId="6F4BCE5A" w14:textId="77777777" w:rsidR="00F84032" w:rsidRPr="00A6319F" w:rsidRDefault="00F84032" w:rsidP="00F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OUTR Premier League and Faculty Premier League</w:t>
            </w:r>
          </w:p>
          <w:p w14:paraId="17703EFD" w14:textId="7E973BDA" w:rsidR="007A5A00" w:rsidRPr="00A6319F" w:rsidRDefault="007A5A00" w:rsidP="00F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 xml:space="preserve">(Induction of Sports </w:t>
            </w:r>
            <w:r w:rsidR="00240B55" w:rsidRPr="00A6319F">
              <w:rPr>
                <w:rFonts w:ascii="Times New Roman" w:hAnsi="Times New Roman" w:cs="Times New Roman"/>
                <w:sz w:val="24"/>
                <w:szCs w:val="24"/>
              </w:rPr>
              <w:t>Society)</w:t>
            </w:r>
          </w:p>
        </w:tc>
      </w:tr>
      <w:tr w:rsidR="00F84032" w:rsidRPr="00A6319F" w14:paraId="2F0DC8E6" w14:textId="77777777" w:rsidTr="00447F86">
        <w:tc>
          <w:tcPr>
            <w:tcW w:w="720" w:type="dxa"/>
          </w:tcPr>
          <w:p w14:paraId="061265E2" w14:textId="3C7E2614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</w:tcPr>
          <w:p w14:paraId="0ADB42BB" w14:textId="60E4E2C5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</w:tc>
        <w:tc>
          <w:tcPr>
            <w:tcW w:w="2340" w:type="dxa"/>
          </w:tcPr>
          <w:p w14:paraId="189BB92E" w14:textId="47DC9B33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Friday</w:t>
            </w:r>
          </w:p>
        </w:tc>
        <w:tc>
          <w:tcPr>
            <w:tcW w:w="5670" w:type="dxa"/>
          </w:tcPr>
          <w:p w14:paraId="291BEADC" w14:textId="753AC220" w:rsidR="00F84032" w:rsidRPr="00A6319F" w:rsidRDefault="00F84032" w:rsidP="00F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Open Mic</w:t>
            </w:r>
          </w:p>
        </w:tc>
      </w:tr>
      <w:tr w:rsidR="00F84032" w:rsidRPr="00A6319F" w14:paraId="044A4F1A" w14:textId="77777777" w:rsidTr="00447F86">
        <w:tc>
          <w:tcPr>
            <w:tcW w:w="720" w:type="dxa"/>
          </w:tcPr>
          <w:p w14:paraId="3EE0E444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0" w:type="dxa"/>
          </w:tcPr>
          <w:p w14:paraId="44B71E0E" w14:textId="77777777" w:rsidR="00240B55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  <w:p w14:paraId="54A1CDD5" w14:textId="5064C3C4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15.11.2025</w:t>
            </w:r>
          </w:p>
        </w:tc>
        <w:tc>
          <w:tcPr>
            <w:tcW w:w="2340" w:type="dxa"/>
          </w:tcPr>
          <w:p w14:paraId="5E624902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Thursday - Saturday</w:t>
            </w:r>
          </w:p>
        </w:tc>
        <w:tc>
          <w:tcPr>
            <w:tcW w:w="5670" w:type="dxa"/>
          </w:tcPr>
          <w:p w14:paraId="7B97A964" w14:textId="77777777" w:rsidR="00F84032" w:rsidRPr="00A6319F" w:rsidRDefault="00F84032" w:rsidP="00F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Perception</w:t>
            </w:r>
          </w:p>
        </w:tc>
      </w:tr>
      <w:tr w:rsidR="00F84032" w:rsidRPr="00A6319F" w14:paraId="3CA4AC4C" w14:textId="77777777" w:rsidTr="00447F86">
        <w:tc>
          <w:tcPr>
            <w:tcW w:w="720" w:type="dxa"/>
          </w:tcPr>
          <w:p w14:paraId="31C94FF8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0" w:type="dxa"/>
          </w:tcPr>
          <w:p w14:paraId="130DA76D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15.11.2025</w:t>
            </w:r>
          </w:p>
        </w:tc>
        <w:tc>
          <w:tcPr>
            <w:tcW w:w="2340" w:type="dxa"/>
          </w:tcPr>
          <w:p w14:paraId="0DDCBB45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5670" w:type="dxa"/>
          </w:tcPr>
          <w:p w14:paraId="68090228" w14:textId="77777777" w:rsidR="00F84032" w:rsidRPr="00A6319F" w:rsidRDefault="00F84032" w:rsidP="00F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Horror Art Exhibition</w:t>
            </w:r>
          </w:p>
        </w:tc>
      </w:tr>
      <w:tr w:rsidR="00F84032" w:rsidRPr="00A6319F" w14:paraId="52FDA895" w14:textId="77777777" w:rsidTr="00447F86">
        <w:tc>
          <w:tcPr>
            <w:tcW w:w="720" w:type="dxa"/>
          </w:tcPr>
          <w:p w14:paraId="1472AB71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0" w:type="dxa"/>
          </w:tcPr>
          <w:p w14:paraId="0E27BAA3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20.12.2025</w:t>
            </w:r>
          </w:p>
        </w:tc>
        <w:tc>
          <w:tcPr>
            <w:tcW w:w="2340" w:type="dxa"/>
          </w:tcPr>
          <w:p w14:paraId="252FB59D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5670" w:type="dxa"/>
          </w:tcPr>
          <w:p w14:paraId="32571CEE" w14:textId="77777777" w:rsidR="00F84032" w:rsidRPr="00A6319F" w:rsidRDefault="00F84032" w:rsidP="00F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Marathon</w:t>
            </w:r>
          </w:p>
        </w:tc>
      </w:tr>
      <w:tr w:rsidR="00F84032" w:rsidRPr="00A6319F" w14:paraId="3FE4ACCC" w14:textId="77777777" w:rsidTr="00447F86">
        <w:tc>
          <w:tcPr>
            <w:tcW w:w="720" w:type="dxa"/>
          </w:tcPr>
          <w:p w14:paraId="683938F7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14:paraId="764B3797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03.01.2026</w:t>
            </w:r>
          </w:p>
        </w:tc>
        <w:tc>
          <w:tcPr>
            <w:tcW w:w="2340" w:type="dxa"/>
          </w:tcPr>
          <w:p w14:paraId="3EA09038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5670" w:type="dxa"/>
          </w:tcPr>
          <w:p w14:paraId="30C991A1" w14:textId="77777777" w:rsidR="00F84032" w:rsidRPr="00A6319F" w:rsidRDefault="00F84032" w:rsidP="00F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Flashmob</w:t>
            </w:r>
          </w:p>
        </w:tc>
      </w:tr>
      <w:tr w:rsidR="00F84032" w:rsidRPr="00A6319F" w14:paraId="232DA1F1" w14:textId="77777777" w:rsidTr="00447F86">
        <w:tc>
          <w:tcPr>
            <w:tcW w:w="720" w:type="dxa"/>
          </w:tcPr>
          <w:p w14:paraId="42C5E9BF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0" w:type="dxa"/>
          </w:tcPr>
          <w:p w14:paraId="3DA523D9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16.01.2026-18.01.2026</w:t>
            </w:r>
          </w:p>
        </w:tc>
        <w:tc>
          <w:tcPr>
            <w:tcW w:w="2340" w:type="dxa"/>
          </w:tcPr>
          <w:p w14:paraId="035CFF0C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Friday - Sunday</w:t>
            </w:r>
          </w:p>
        </w:tc>
        <w:tc>
          <w:tcPr>
            <w:tcW w:w="5670" w:type="dxa"/>
          </w:tcPr>
          <w:p w14:paraId="21B12037" w14:textId="01420D5D" w:rsidR="00F84032" w:rsidRPr="00A6319F" w:rsidRDefault="00F84032" w:rsidP="00F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Engineers</w:t>
            </w:r>
            <w:r w:rsidR="00493DF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 xml:space="preserve"> Cup</w:t>
            </w:r>
            <w:r w:rsidR="00F621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 xml:space="preserve"> OUTR</w:t>
            </w:r>
          </w:p>
        </w:tc>
      </w:tr>
      <w:tr w:rsidR="00F84032" w:rsidRPr="00A6319F" w14:paraId="2FC509BD" w14:textId="77777777" w:rsidTr="00447F86">
        <w:tc>
          <w:tcPr>
            <w:tcW w:w="720" w:type="dxa"/>
          </w:tcPr>
          <w:p w14:paraId="28AA6ABA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0" w:type="dxa"/>
          </w:tcPr>
          <w:p w14:paraId="2CCD22AF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2340" w:type="dxa"/>
          </w:tcPr>
          <w:p w14:paraId="54B8677E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5670" w:type="dxa"/>
          </w:tcPr>
          <w:p w14:paraId="41673766" w14:textId="77777777" w:rsidR="00F84032" w:rsidRPr="00A6319F" w:rsidRDefault="00F84032" w:rsidP="00F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Republic Day 2026</w:t>
            </w:r>
          </w:p>
        </w:tc>
      </w:tr>
      <w:tr w:rsidR="00F84032" w:rsidRPr="00A6319F" w14:paraId="3BFE802D" w14:textId="77777777" w:rsidTr="00447F86">
        <w:tc>
          <w:tcPr>
            <w:tcW w:w="720" w:type="dxa"/>
          </w:tcPr>
          <w:p w14:paraId="35136EA7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0" w:type="dxa"/>
          </w:tcPr>
          <w:p w14:paraId="4588D216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07.02.2026</w:t>
            </w:r>
          </w:p>
        </w:tc>
        <w:tc>
          <w:tcPr>
            <w:tcW w:w="2340" w:type="dxa"/>
          </w:tcPr>
          <w:p w14:paraId="2CF07288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5670" w:type="dxa"/>
          </w:tcPr>
          <w:p w14:paraId="1F668B66" w14:textId="77777777" w:rsidR="00F84032" w:rsidRPr="00A6319F" w:rsidRDefault="00F84032" w:rsidP="00F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Tech Talk &amp; Workshop</w:t>
            </w:r>
          </w:p>
        </w:tc>
      </w:tr>
      <w:tr w:rsidR="00F84032" w:rsidRPr="00A6319F" w14:paraId="51E0661C" w14:textId="77777777" w:rsidTr="00447F86">
        <w:tc>
          <w:tcPr>
            <w:tcW w:w="720" w:type="dxa"/>
          </w:tcPr>
          <w:p w14:paraId="2D881A10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0" w:type="dxa"/>
          </w:tcPr>
          <w:p w14:paraId="595C97E0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2340" w:type="dxa"/>
          </w:tcPr>
          <w:p w14:paraId="503B51D4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5670" w:type="dxa"/>
          </w:tcPr>
          <w:p w14:paraId="0EBF099C" w14:textId="77777777" w:rsidR="00F84032" w:rsidRPr="00A6319F" w:rsidRDefault="00F84032" w:rsidP="00F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Bollywood Day</w:t>
            </w:r>
          </w:p>
        </w:tc>
      </w:tr>
      <w:tr w:rsidR="00F84032" w:rsidRPr="00A6319F" w14:paraId="16759C00" w14:textId="77777777" w:rsidTr="00447F86">
        <w:tc>
          <w:tcPr>
            <w:tcW w:w="720" w:type="dxa"/>
          </w:tcPr>
          <w:p w14:paraId="28BA221B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0" w:type="dxa"/>
          </w:tcPr>
          <w:p w14:paraId="07BB28CC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27.02.2026-28.02.2026</w:t>
            </w:r>
          </w:p>
        </w:tc>
        <w:tc>
          <w:tcPr>
            <w:tcW w:w="2340" w:type="dxa"/>
          </w:tcPr>
          <w:p w14:paraId="3218DC6C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Friday - Saturday</w:t>
            </w:r>
          </w:p>
        </w:tc>
        <w:tc>
          <w:tcPr>
            <w:tcW w:w="5670" w:type="dxa"/>
          </w:tcPr>
          <w:p w14:paraId="7ECCEB8E" w14:textId="77777777" w:rsidR="00F84032" w:rsidRPr="00A6319F" w:rsidRDefault="00F84032" w:rsidP="00F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E-Summit</w:t>
            </w:r>
          </w:p>
        </w:tc>
      </w:tr>
      <w:tr w:rsidR="00F84032" w:rsidRPr="00A6319F" w14:paraId="032AEADC" w14:textId="77777777" w:rsidTr="00447F86">
        <w:tc>
          <w:tcPr>
            <w:tcW w:w="720" w:type="dxa"/>
          </w:tcPr>
          <w:p w14:paraId="38EE77C1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90" w:type="dxa"/>
          </w:tcPr>
          <w:p w14:paraId="2F74F318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27.02.2026-28.02.2026</w:t>
            </w:r>
          </w:p>
        </w:tc>
        <w:tc>
          <w:tcPr>
            <w:tcW w:w="2340" w:type="dxa"/>
          </w:tcPr>
          <w:p w14:paraId="349E9A3D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Friday - Saturday</w:t>
            </w:r>
          </w:p>
        </w:tc>
        <w:tc>
          <w:tcPr>
            <w:tcW w:w="5670" w:type="dxa"/>
          </w:tcPr>
          <w:p w14:paraId="438FEAAE" w14:textId="77777777" w:rsidR="00F84032" w:rsidRPr="00A6319F" w:rsidRDefault="00F84032" w:rsidP="00F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Shrujanika (Literature Fest)</w:t>
            </w:r>
          </w:p>
        </w:tc>
      </w:tr>
      <w:tr w:rsidR="00F84032" w:rsidRPr="00A6319F" w14:paraId="0391352E" w14:textId="77777777" w:rsidTr="00447F86">
        <w:tc>
          <w:tcPr>
            <w:tcW w:w="720" w:type="dxa"/>
          </w:tcPr>
          <w:p w14:paraId="20809EA4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0" w:type="dxa"/>
          </w:tcPr>
          <w:p w14:paraId="0152AD36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28.02.2026-03.03.2026</w:t>
            </w:r>
          </w:p>
        </w:tc>
        <w:tc>
          <w:tcPr>
            <w:tcW w:w="2340" w:type="dxa"/>
          </w:tcPr>
          <w:p w14:paraId="5BCB9A80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Saturday - Tuesday</w:t>
            </w:r>
          </w:p>
        </w:tc>
        <w:tc>
          <w:tcPr>
            <w:tcW w:w="5670" w:type="dxa"/>
          </w:tcPr>
          <w:p w14:paraId="2CF30EF2" w14:textId="77777777" w:rsidR="00F84032" w:rsidRPr="00A6319F" w:rsidRDefault="00F84032" w:rsidP="00F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Intra (Inter-branch Sports &amp; Athletics Meet)</w:t>
            </w:r>
          </w:p>
        </w:tc>
      </w:tr>
      <w:tr w:rsidR="00F84032" w:rsidRPr="00A6319F" w14:paraId="5A8F91E7" w14:textId="77777777" w:rsidTr="00447F86">
        <w:tc>
          <w:tcPr>
            <w:tcW w:w="720" w:type="dxa"/>
          </w:tcPr>
          <w:p w14:paraId="74B1E253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90" w:type="dxa"/>
          </w:tcPr>
          <w:p w14:paraId="67448854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18.03.2026-20.03.2026</w:t>
            </w:r>
          </w:p>
        </w:tc>
        <w:tc>
          <w:tcPr>
            <w:tcW w:w="2340" w:type="dxa"/>
          </w:tcPr>
          <w:p w14:paraId="4B2EFA39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Wednesday - Friday</w:t>
            </w:r>
          </w:p>
        </w:tc>
        <w:tc>
          <w:tcPr>
            <w:tcW w:w="5670" w:type="dxa"/>
          </w:tcPr>
          <w:p w14:paraId="64423246" w14:textId="77777777" w:rsidR="00F84032" w:rsidRPr="00A6319F" w:rsidRDefault="00F84032" w:rsidP="00F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Xtasy-2026</w:t>
            </w:r>
          </w:p>
        </w:tc>
      </w:tr>
      <w:tr w:rsidR="00F84032" w:rsidRPr="00A6319F" w14:paraId="41B9531D" w14:textId="77777777" w:rsidTr="00447F86">
        <w:tc>
          <w:tcPr>
            <w:tcW w:w="720" w:type="dxa"/>
          </w:tcPr>
          <w:p w14:paraId="50DD2907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90" w:type="dxa"/>
          </w:tcPr>
          <w:p w14:paraId="4F7BD0C7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2340" w:type="dxa"/>
          </w:tcPr>
          <w:p w14:paraId="5C0536F6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5670" w:type="dxa"/>
          </w:tcPr>
          <w:p w14:paraId="4F1A5EF2" w14:textId="77777777" w:rsidR="00F84032" w:rsidRPr="00A6319F" w:rsidRDefault="00F84032" w:rsidP="00F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Thanking Ceremony of Xtasy 2026</w:t>
            </w:r>
          </w:p>
        </w:tc>
      </w:tr>
      <w:tr w:rsidR="00F84032" w:rsidRPr="00A6319F" w14:paraId="283FD249" w14:textId="77777777" w:rsidTr="00447F86">
        <w:tc>
          <w:tcPr>
            <w:tcW w:w="720" w:type="dxa"/>
          </w:tcPr>
          <w:p w14:paraId="7DB65A45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90" w:type="dxa"/>
          </w:tcPr>
          <w:p w14:paraId="57B207FE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2340" w:type="dxa"/>
          </w:tcPr>
          <w:p w14:paraId="63E99016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5670" w:type="dxa"/>
          </w:tcPr>
          <w:p w14:paraId="12497CA7" w14:textId="77777777" w:rsidR="00F84032" w:rsidRPr="00A6319F" w:rsidRDefault="00F84032" w:rsidP="00F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Inter-College Hackathon</w:t>
            </w:r>
          </w:p>
        </w:tc>
      </w:tr>
      <w:tr w:rsidR="00F84032" w:rsidRPr="00A6319F" w14:paraId="58C5E81A" w14:textId="77777777" w:rsidTr="00447F86">
        <w:tc>
          <w:tcPr>
            <w:tcW w:w="720" w:type="dxa"/>
          </w:tcPr>
          <w:p w14:paraId="3372F62A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90" w:type="dxa"/>
          </w:tcPr>
          <w:p w14:paraId="5C5A7336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02.05.2026</w:t>
            </w:r>
          </w:p>
        </w:tc>
        <w:tc>
          <w:tcPr>
            <w:tcW w:w="2340" w:type="dxa"/>
          </w:tcPr>
          <w:p w14:paraId="1502C32D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5670" w:type="dxa"/>
          </w:tcPr>
          <w:p w14:paraId="26063FAF" w14:textId="77777777" w:rsidR="00F84032" w:rsidRPr="00A6319F" w:rsidRDefault="00F84032" w:rsidP="00F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Photofactory Workshop</w:t>
            </w:r>
          </w:p>
        </w:tc>
      </w:tr>
      <w:tr w:rsidR="00F84032" w:rsidRPr="00A6319F" w14:paraId="4F570202" w14:textId="77777777" w:rsidTr="00447F86">
        <w:tc>
          <w:tcPr>
            <w:tcW w:w="720" w:type="dxa"/>
          </w:tcPr>
          <w:p w14:paraId="3B660AE2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0" w:type="dxa"/>
          </w:tcPr>
          <w:p w14:paraId="54BC46FC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2340" w:type="dxa"/>
          </w:tcPr>
          <w:p w14:paraId="55FC04F1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5670" w:type="dxa"/>
          </w:tcPr>
          <w:p w14:paraId="405671C2" w14:textId="77777777" w:rsidR="00F84032" w:rsidRPr="00A6319F" w:rsidRDefault="00F84032" w:rsidP="00F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Arpeggio Workshop</w:t>
            </w:r>
          </w:p>
        </w:tc>
      </w:tr>
      <w:tr w:rsidR="00F84032" w:rsidRPr="00A6319F" w14:paraId="045C9225" w14:textId="77777777" w:rsidTr="00447F86">
        <w:tc>
          <w:tcPr>
            <w:tcW w:w="720" w:type="dxa"/>
          </w:tcPr>
          <w:p w14:paraId="57F4DB18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90" w:type="dxa"/>
          </w:tcPr>
          <w:p w14:paraId="678615C9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30.05.2026</w:t>
            </w:r>
          </w:p>
        </w:tc>
        <w:tc>
          <w:tcPr>
            <w:tcW w:w="2340" w:type="dxa"/>
          </w:tcPr>
          <w:p w14:paraId="1DFEB9B5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5670" w:type="dxa"/>
          </w:tcPr>
          <w:p w14:paraId="502707A1" w14:textId="77777777" w:rsidR="00F84032" w:rsidRPr="00A6319F" w:rsidRDefault="00F84032" w:rsidP="00F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Dance Workshop</w:t>
            </w:r>
          </w:p>
        </w:tc>
      </w:tr>
      <w:tr w:rsidR="00F84032" w:rsidRPr="00A6319F" w14:paraId="2853C4C6" w14:textId="77777777" w:rsidTr="00447F86">
        <w:tc>
          <w:tcPr>
            <w:tcW w:w="720" w:type="dxa"/>
          </w:tcPr>
          <w:p w14:paraId="6E5F4312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90" w:type="dxa"/>
          </w:tcPr>
          <w:p w14:paraId="579CFB21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Odd Saturdays</w:t>
            </w:r>
          </w:p>
        </w:tc>
        <w:tc>
          <w:tcPr>
            <w:tcW w:w="2340" w:type="dxa"/>
          </w:tcPr>
          <w:p w14:paraId="3C5B08EA" w14:textId="77777777" w:rsidR="00F84032" w:rsidRPr="00A6319F" w:rsidRDefault="00F84032" w:rsidP="00F84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B71D061" w14:textId="77777777" w:rsidR="00F84032" w:rsidRPr="00A6319F" w:rsidRDefault="00F84032" w:rsidP="00F84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19F">
              <w:rPr>
                <w:rFonts w:ascii="Times New Roman" w:hAnsi="Times New Roman" w:cs="Times New Roman"/>
                <w:sz w:val="24"/>
                <w:szCs w:val="24"/>
              </w:rPr>
              <w:t>GDSC / Monthly Technical Club Events</w:t>
            </w:r>
          </w:p>
        </w:tc>
      </w:tr>
    </w:tbl>
    <w:p w14:paraId="30B0A7DD" w14:textId="77777777" w:rsidR="00000000" w:rsidRDefault="00000000"/>
    <w:p w14:paraId="2B06FB50" w14:textId="77777777" w:rsidR="00F84032" w:rsidRDefault="00F84032"/>
    <w:sectPr w:rsidR="00F8403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6071796">
    <w:abstractNumId w:val="8"/>
  </w:num>
  <w:num w:numId="2" w16cid:durableId="588001005">
    <w:abstractNumId w:val="6"/>
  </w:num>
  <w:num w:numId="3" w16cid:durableId="2081831680">
    <w:abstractNumId w:val="5"/>
  </w:num>
  <w:num w:numId="4" w16cid:durableId="1621259834">
    <w:abstractNumId w:val="4"/>
  </w:num>
  <w:num w:numId="5" w16cid:durableId="633369550">
    <w:abstractNumId w:val="7"/>
  </w:num>
  <w:num w:numId="6" w16cid:durableId="245043454">
    <w:abstractNumId w:val="3"/>
  </w:num>
  <w:num w:numId="7" w16cid:durableId="985662746">
    <w:abstractNumId w:val="2"/>
  </w:num>
  <w:num w:numId="8" w16cid:durableId="743798942">
    <w:abstractNumId w:val="1"/>
  </w:num>
  <w:num w:numId="9" w16cid:durableId="218634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3373"/>
    <w:rsid w:val="0015074B"/>
    <w:rsid w:val="00233A51"/>
    <w:rsid w:val="00240B55"/>
    <w:rsid w:val="0029639D"/>
    <w:rsid w:val="00326F90"/>
    <w:rsid w:val="00447F86"/>
    <w:rsid w:val="00493DF3"/>
    <w:rsid w:val="00724C16"/>
    <w:rsid w:val="007A5A00"/>
    <w:rsid w:val="00A6319F"/>
    <w:rsid w:val="00AA1D8D"/>
    <w:rsid w:val="00B00338"/>
    <w:rsid w:val="00B47730"/>
    <w:rsid w:val="00CB0664"/>
    <w:rsid w:val="00CE0E54"/>
    <w:rsid w:val="00EF59CF"/>
    <w:rsid w:val="00F62109"/>
    <w:rsid w:val="00F8403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12A57"/>
  <w14:defaultImageDpi w14:val="300"/>
  <w15:docId w15:val="{1B82F4DC-F87B-43EA-842A-4F518D05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Aryan Das</dc:creator>
  <cp:keywords/>
  <dc:description>generated by python-docx</dc:description>
  <cp:lastModifiedBy>Ashwini Dash</cp:lastModifiedBy>
  <cp:revision>11</cp:revision>
  <dcterms:created xsi:type="dcterms:W3CDTF">2025-09-23T06:18:00Z</dcterms:created>
  <dcterms:modified xsi:type="dcterms:W3CDTF">2025-10-10T07:04:00Z</dcterms:modified>
  <cp:category/>
</cp:coreProperties>
</file>